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рядовой Шевчук Олег Леонтьевич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Шевчук Олег Леонтьевич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27.06.1966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СА-067045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22:53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