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Сергеев Владимир Валентинович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Сергеев Владимир Валентинович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05.04.1985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СА-003780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