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рядовой Катаргин Михаил Романович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Катаргин Михаил Романович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07.02.1989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Номер расчета - стрелок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СА-231517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00:20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