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Якушик Андрей Степанович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Якушик Андрей Степанович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Якудза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25.03.1986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 - 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Э-230755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