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(1 МСР 1 мсб) в/звание младший сержант Якушик Андрей Степанович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Якушик Андрей Степанович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Якудза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25.03.1986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младший сержант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3 — сержанты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Заместитель командира взвода - командир отделения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Э-230755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02:46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