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(1 МСР 1 мсб) в/звание рядовой Андреев Евгений Андреевич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Андреев Евгений Андреевич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15.01.1996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Гранатометчик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СА-066102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01:09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