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Андреев Евгений Андреевич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Андреев Евгений Андреевич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15.01.1996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Гранатометчик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СА-066102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