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Трунов Алексей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Трунов Алексей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30.10.1991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СА-066135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