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Свентицкас Алексей Алексеевич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Свентицкас Алексей Алексеевич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19.02.1996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СА-067024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