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(1 МСР 1 мсб) в/звание младший сержант Заставный Сергей Николаевич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Заставный Сергей Николаевич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28.02.1963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младший сержант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3 — сержанты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Заместитель командира взвода - командир отделения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СА-204387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06.11.2026 22:50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