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Заставный Сергей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Заставный Сергей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28.02.1963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СА-204387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