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капитан Абросимов Алексей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Абросимов Алексей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Кэп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28.09.1979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капитан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Ф-822154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