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капитан Абросимов Алексей Алексеевич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Абросимов Алексей Алексеевич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Кэп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28.09.1979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капитан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 — офицеры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взвода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Ф-822154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23:32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