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(1 МСР 1 мсб) в/звание младший сержант Смородин Александр Андреевич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Смородин Александр Андреевич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Дикий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15.07.1998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младший сержант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4 — солдаты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Оператор - сапер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МТ-468801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01:04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