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младший сержант Смородин Александр Андреевич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Смородин Александр Андреевич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Дикий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15.07.1998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Оператор - сапер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МТ-468801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08.11.2026 02:49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