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Щербаков Евгений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Щербаков Евгений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Сагами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15.07.2004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(беспилотных летательных аппаратов коптерного типа)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СА-057823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03:59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