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Щербаков Евгений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Щербаков Евгений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Сагами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15.07.2004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СА-057823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