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Микеров Егор Егорович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Микеров Егор Егорович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05.03.1987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 (FPV-дронов)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