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Капитонов Алексей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Капитонов Алексей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Изгой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27.01.1987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АВ-249239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