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(1 МСР 1 мсб) в/звание ефрейтор Капитонов Алексей Николаевич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Капитонов Алексей Николаевич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Изгой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27.01.1987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ефрейтор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4 — солдаты / моб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Стрелок - помощник гранатометчика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АВ-249239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07.09.2026 22:12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