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(ГРВ 1 мсб) в/звание рядовой Петров Евгений Владимирович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12000" cy="2688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keta_photo_358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268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Times New Roman" w:hAnsi="Times New Roman"/>
          <w:sz w:val="16"/>
        </w:rPr>
        <w:t>Фото военнослужащего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Петров Евгений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Июнь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13.06.1992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РФ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+79856494467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Наводчик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МТ-919548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