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Бывшев Сергей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Бывшев Сергей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26.02.1971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АВ-222055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