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ефрейтор Шультайс Константин Конста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ультайс Константин Конста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7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50667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