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ефрейтор Шультайс Константин Константи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ультайс Константин Константи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6.07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50667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