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Славнов Константин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Славнов Константин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25.04.1982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Э-510199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