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(МЕДВ 1 мсб) в/звание ефрейтор Гнатченко Андрей Дмитриевич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Гнатченко Андрей Дмитриевич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Гнет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07.11.1987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ефрейтор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Санитар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Э-631043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12:56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