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ефрейтор Гнатченко Андрей Дмитриевич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Гнатченко Андрей Дмитриевич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Гнет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07.11.1987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Санитар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Э-631043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