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(МЕДВ 1 мсб) в/звание младший сержант Сафронов Петр Петрович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Сафронов Петр Петрович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Кран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03.02.1981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АВ-380061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