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ефрейтор Редькин Алексей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Редькин Алексей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Тихий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22.03.1995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санитар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ВЕ-310144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