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(МЕДВ 1 мсб) в/звание старшина Лункин Андрей Семенович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Лункин Андрей Семенович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Луна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30.09.1972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старшина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Санитар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СА-549584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