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Копосов Игорь Константинович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Копосов Игорь Константинович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Копос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18.10.2002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УК-707614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