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рядовой Копосов Игорь Константинович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Копосов Игорь Константинович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Копос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18.10.2002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Номер расчета - стрелок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УК-707614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12:55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