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ефрейтор Птушкин Виталий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Птушкин Виталий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Тяпа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05.11.1995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ВЕ-331739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