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Мухомедяров Николай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Мухомедяров Николай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Татарин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11.02.1978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АВ-203631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