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(МЕДВ 1 мсб) в/звание ефрейтор Пушкарев Алексей Викторович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Пушкарев Алексей Викторович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Пушкарь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02.02.1990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Санитарный инструктор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СА-007594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22:12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