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рядовой Кобос Родригес Армандо Серхио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Кобос Родригес Армандо Серхио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Секерио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06.05.1977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СА-550744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