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(МЕДВ 1 мсб) в/звание рядовой Кобос Родригес Армандо Серхио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Кобос Родригес Армандо Серхио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Секерио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06.05.1977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 — сержанты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Командир отделения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СА-550744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02:17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