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лейтенант медицинской службы Костиков Эдуард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Костиков Эдуард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Кости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28.06.1974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 медицинской службы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 - врач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СА-003981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