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Петров Анатолий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Петров Анатолий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Петруха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06.07.1979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СА-079327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