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сержант Голдобин Андрей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Голдобин Андрей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Ирбис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12.06.1980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МТ-818636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