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старший прапорщик Каданин Андрей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Каданин Андрей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Кум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21.04.1983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прапорщик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Повар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Х-412033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23:27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