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Юсуфов Собирджон Солихзода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Юсуфов Собирджон Солихзода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Душанбе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25.12.1985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Повар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СА-049870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02:22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