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(ВО 1 мсб) в/звание рядовой Орлов Максим Андреевич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Орлов Максим Андреевич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Камень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22.06.1999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Старший повар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ЕХ-913388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01:48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