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младший сержант Поляков Алексей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Поляков Алексей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Сундук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01.04.1986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повар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МТ-819698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