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(ВО 1 мсб) в/звание рядовой Семиженко Юрий Александрович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Семиженко Юрий Александрович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Юпитер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20.05.1985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отделения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СА-232582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00:34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