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Семиженко Юрий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Семиженко Юрий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Юпитер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20.05.1985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СА-232582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