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рядовой Токарчук Василий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Токарчук Василий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Токарь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03.03.1992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 - гранатометчик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УК-953179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23:36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