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(ВО 1 мсб) в/звание рядовой Токарчук Василий Владимирович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Токарчук Василий Владимирович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Токарь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03.03.1992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Водитель - гранатометчик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УК-953179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00:25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