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сержант Мяги Яков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Мяги Яков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Почтальон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11.10.1986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заправщик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МТ-908515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