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сержант Разгулов Олег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Разгулов Олег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Китай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06.05.2001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 - заправщик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РА-114658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