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(ВО 1 мсб) в/звание сержант Разгулов Олег Владимирович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Разгулов Олег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Китай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06.05.2001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Водитель - заправщик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РА-114658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01:06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