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ефрейтор Наймушин Александр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Наймушин Александр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Муха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03.03.1989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заправщик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Э-740184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