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Данишевский Игорь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Данишевский Игорь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Даня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30.07.1964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АВ-204438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23:10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