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ефрейтор Ковтуров Вячеслав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втуров Вячеслав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фт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2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6976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