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ефрейтор Ковтуров Вячеслав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втуров Вячеслав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фт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7.02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96976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