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(ВО 1 мсб) в/звание старший матрос Чеснулевичус Сергей Альгирдович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Чеснулевичус Сергей Альгирдович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Чеснок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04.12.1978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старший матрос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Водитель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Э-734832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07.09.2026 22:43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