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старший матрос Чеснулевичус Сергей Альгирдович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Чеснулевичус Сергей Альгирдович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Чеснок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04.12.1978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Э-734832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