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(ВО 1 мсб) в/звание рядовой Маляров Александр Юрьевич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Маляров Александр Юрьевич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Махорка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30.07.1978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рядовой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к/с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АБ-015931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01:58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