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(1 МСР 1 мсб) в/звание рядовой Новоселов Роман Викторович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Новоселов Роман Викторович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Седой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04.03.1974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Старший стрелок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СА-080598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08.11.2026 01:56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