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Новоселов Роман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Новоселов Роман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Седой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04.03.1974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СА-080598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