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Мочалов Сергей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Мочалов Сергей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Фигура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09.08.1969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СА-551826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01:49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