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старшина 1 статьи Тюрин Александр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Тюрин Александр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Трюм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08.07.1987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 1 статьи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Х-724632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