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(ВО 1 мсб) в/звание старшина 1 статьи Тюрин Александр Валерьевич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Тюрин Александр Валерьевич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Трюм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08.07.1987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старшина 1 статьи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Водитель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Х-724632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21:56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