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старший матрос Лукьянец Вячеслав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укьянец Вячеслав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ряч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4.04.198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184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