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тарший матрос Лукьянец Вячеслав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укьянец Вячеслав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яч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4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84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