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Чеухин Евгени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еухин Евгени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киф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6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3444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