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Чеухин Евгени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еухин Евгени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киф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06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34445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