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(ВО 1 мсб) в/звание рядовой Сидорько Сергей Николаевич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Сидорько Сергей Николаевич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Мага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16.04.1997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отделения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МТ-485768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02:21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