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Сидорько Сергей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Сидорько Сергей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16.04.1997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МТ-485768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