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Равинский Алексей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Равинский Алексей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Клещ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18.12.1979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 - вулканизаторщик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МТ-571821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