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(ВО 1 мсб) в/звание рядовой Равинский Алексей Владимирович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Равинский Алексей Владимирович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Клещ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18.12.1979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Водитель - вулканизаторщик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МТ-571821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08.09.2026 01:08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