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Барабашов Олег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Барабашов Олег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Абхаз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31.12.1977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механик (по электрическому и электронному оборудованию) - аккумуляторщик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МТ-824856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